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Deckblatt Praktikumsbericht</w:t>
      </w:r>
    </w:p>
    <w:p>
      <w:pPr>
        <w:spacing w:after="260"/>
      </w:pPr>
      <w:r>
        <w:rPr>
          <w:color w:val="646A73"/>
          <w:sz w:val="23"/>
        </w:rPr>
        <w:t>Schlichte Vorlage zum Ausfüllen</w:t>
      </w:r>
    </w:p>
    <w:p>
      <w:r>
        <w:br/>
      </w:r>
    </w:p>
    <w:p>
      <w:pPr>
        <w:jc w:val="center"/>
      </w:pPr>
      <w:r>
        <w:rPr>
          <w:b/>
          <w:color w:val="3F5475"/>
          <w:sz w:val="56"/>
        </w:rPr>
        <w:t>PRAKTIKUMSBERICHT</w:t>
      </w:r>
    </w:p>
    <w:p>
      <w:r>
        <w:br/>
      </w:r>
    </w:p>
    <w:p>
      <w:pPr>
        <w:spacing w:after="100"/>
      </w:pPr>
      <w:r>
        <w:rPr>
          <w:b/>
        </w:rPr>
        <w:t xml:space="preserve">Name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Schule / Hochschule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Klasse / Studiengang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Praktikumsbetrieb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Abteilung / Einsatzbereich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Zeitraum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Betreuung im Betrieb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Betreuende Lehrkraft / Hochschule  </w:t>
      </w:r>
      <w:r>
        <w:t>____________________________________</w:t>
      </w:r>
    </w:p>
    <w:p>
      <w:pPr>
        <w:spacing w:after="100"/>
      </w:pPr>
      <w:r>
        <w:rPr>
          <w:b/>
        </w:rPr>
        <w:t xml:space="preserve">Abgabedatum  </w:t>
      </w:r>
      <w:r>
        <w:t>____________________________________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1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3F5475"/>
              </w:rPr>
              <w:t xml:space="preserve">Tipp: </w:t>
            </w:r>
            <w:r>
              <w:t>Falls deine Schule oder Hochschule eigene Angaben verlangt, ergänze diese hier und entferne nicht benötigte Felder.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A73"/>
        <w:sz w:val="16"/>
      </w:rPr>
      <w:t>Kostenlose Vorlage von planetpraktika.de  ·  Stand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5475"/>
        <w:sz w:val="18"/>
      </w:rPr>
      <w:t>planetpraktika.de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3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2328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328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2328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82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