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Lebenslauf für ein Schülerpraktikum</w:t>
      </w:r>
    </w:p>
    <w:p>
      <w:pPr>
        <w:spacing w:after="260"/>
      </w:pPr>
      <w:r>
        <w:rPr>
          <w:color w:val="646A73"/>
          <w:sz w:val="23"/>
        </w:rPr>
        <w:t>Einseitige Vorlage für Schülerinnen und Schüler</w:t>
      </w:r>
    </w:p>
    <w:p>
      <w:pPr>
        <w:pStyle w:val="Heading1"/>
      </w:pPr>
      <w:r>
        <w:t>Persönliche Daten</w:t>
      </w:r>
    </w:p>
    <w:p>
      <w:pPr>
        <w:spacing w:after="100"/>
      </w:pPr>
      <w:r>
        <w:rPr>
          <w:b/>
        </w:rPr>
        <w:t xml:space="preserve">Vorname Nachname  </w:t>
      </w:r>
      <w:r>
        <w:t>__________________________________________</w:t>
      </w:r>
    </w:p>
    <w:p>
      <w:pPr>
        <w:spacing w:after="100"/>
      </w:pPr>
      <w:r>
        <w:rPr>
          <w:b/>
        </w:rPr>
        <w:t xml:space="preserve">Adresse  </w:t>
      </w:r>
      <w:r>
        <w:t>__________________________________________</w:t>
      </w:r>
    </w:p>
    <w:p>
      <w:pPr>
        <w:spacing w:after="100"/>
      </w:pPr>
      <w:r>
        <w:rPr>
          <w:b/>
        </w:rPr>
        <w:t xml:space="preserve">Telefon  </w:t>
      </w:r>
      <w:r>
        <w:t>__________________________________________</w:t>
      </w:r>
    </w:p>
    <w:p>
      <w:pPr>
        <w:spacing w:after="100"/>
      </w:pPr>
      <w:r>
        <w:rPr>
          <w:b/>
        </w:rPr>
        <w:t xml:space="preserve">E-Mail  </w:t>
      </w:r>
      <w:r>
        <w:t>__________________________________________</w:t>
      </w:r>
    </w:p>
    <w:p>
      <w:pPr>
        <w:spacing w:after="100"/>
      </w:pPr>
      <w:r>
        <w:rPr>
          <w:b/>
        </w:rPr>
        <w:t xml:space="preserve">Geburtsdatum (optional)  </w:t>
      </w:r>
      <w:r>
        <w:t>__________________________________________</w:t>
      </w:r>
    </w:p>
    <w:p>
      <w:pPr>
        <w:pStyle w:val="Heading1"/>
      </w:pPr>
      <w:r>
        <w:t>Schulbildung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fill="EEF1F5"/>
          </w:tcPr>
          <w:p>
            <w:r>
              <w:t>Zeitraum</w:t>
            </w:r>
          </w:p>
        </w:tc>
        <w:tc>
          <w:tcPr>
            <w:tcW w:type="dxa" w:w="5043"/>
            <w:shd w:fill="EEF1F5"/>
          </w:tcPr>
          <w:p>
            <w:r>
              <w:t>Schule / Abschlussziel</w:t>
            </w:r>
          </w:p>
        </w:tc>
      </w:tr>
      <w:tr>
        <w:tc>
          <w:tcPr>
            <w:tcW w:type="dxa" w:w="5043"/>
          </w:tcPr>
          <w:p/>
        </w:tc>
        <w:tc>
          <w:tcPr>
            <w:tcW w:type="dxa" w:w="5043"/>
          </w:tcPr>
          <w:p/>
        </w:tc>
      </w:tr>
      <w:tr>
        <w:tc>
          <w:tcPr>
            <w:tcW w:type="dxa" w:w="5043"/>
          </w:tcPr>
          <w:p/>
        </w:tc>
        <w:tc>
          <w:tcPr>
            <w:tcW w:type="dxa" w:w="5043"/>
          </w:tcPr>
          <w:p/>
        </w:tc>
      </w:tr>
      <w:tr>
        <w:tc>
          <w:tcPr>
            <w:tcW w:type="dxa" w:w="5043"/>
          </w:tcPr>
          <w:p/>
        </w:tc>
        <w:tc>
          <w:tcPr>
            <w:tcW w:type="dxa" w:w="5043"/>
          </w:tcPr>
          <w:p/>
        </w:tc>
      </w:tr>
    </w:tbl>
    <w:p>
      <w:pPr>
        <w:pStyle w:val="Heading1"/>
      </w:pPr>
      <w:r>
        <w:t>Erfahrungen und Engagement</w:t>
      </w:r>
    </w:p>
    <w:p>
      <w:r>
        <w:t>Hier passen z. B. frühere Praktika, Schülerjobs, Vereinsarbeit, Projekte, AGs, Klassensprecheramt oder ehrenamtliches Engagement.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fill="EEF1F5"/>
          </w:tcPr>
          <w:p>
            <w:r>
              <w:t>Zeitraum</w:t>
            </w:r>
          </w:p>
        </w:tc>
        <w:tc>
          <w:tcPr>
            <w:tcW w:type="dxa" w:w="5043"/>
            <w:shd w:fill="EEF1F5"/>
          </w:tcPr>
          <w:p>
            <w:r>
              <w:t>Erfahrung / Aufgabe</w:t>
            </w:r>
          </w:p>
        </w:tc>
      </w:tr>
      <w:tr>
        <w:tc>
          <w:tcPr>
            <w:tcW w:type="dxa" w:w="5043"/>
          </w:tcPr>
          <w:p/>
        </w:tc>
        <w:tc>
          <w:tcPr>
            <w:tcW w:type="dxa" w:w="5043"/>
          </w:tcPr>
          <w:p/>
        </w:tc>
      </w:tr>
      <w:tr>
        <w:tc>
          <w:tcPr>
            <w:tcW w:type="dxa" w:w="5043"/>
          </w:tcPr>
          <w:p/>
        </w:tc>
        <w:tc>
          <w:tcPr>
            <w:tcW w:type="dxa" w:w="5043"/>
          </w:tcPr>
          <w:p/>
        </w:tc>
      </w:tr>
      <w:tr>
        <w:tc>
          <w:tcPr>
            <w:tcW w:type="dxa" w:w="5043"/>
          </w:tcPr>
          <w:p/>
        </w:tc>
        <w:tc>
          <w:tcPr>
            <w:tcW w:type="dxa" w:w="5043"/>
          </w:tcPr>
          <w:p/>
        </w:tc>
      </w:tr>
      <w:tr>
        <w:tc>
          <w:tcPr>
            <w:tcW w:type="dxa" w:w="5043"/>
          </w:tcPr>
          <w:p/>
        </w:tc>
        <w:tc>
          <w:tcPr>
            <w:tcW w:type="dxa" w:w="5043"/>
          </w:tcPr>
          <w:p/>
        </w:tc>
      </w:tr>
    </w:tbl>
    <w:p>
      <w:pPr>
        <w:pStyle w:val="Heading1"/>
      </w:pPr>
      <w:r>
        <w:t>Kenntnisse</w:t>
      </w:r>
    </w:p>
    <w:p>
      <w:pPr>
        <w:spacing w:after="100"/>
      </w:pPr>
      <w:r>
        <w:rPr>
          <w:b/>
        </w:rPr>
        <w:t xml:space="preserve">Sprachen  </w:t>
      </w:r>
      <w:r>
        <w:t>________________________________</w:t>
      </w:r>
    </w:p>
    <w:p>
      <w:pPr>
        <w:spacing w:after="100"/>
      </w:pPr>
      <w:r>
        <w:rPr>
          <w:b/>
        </w:rPr>
        <w:t xml:space="preserve">Computer / Programme  </w:t>
      </w:r>
      <w:r>
        <w:t>________________________________</w:t>
      </w:r>
    </w:p>
    <w:p>
      <w:pPr>
        <w:spacing w:after="100"/>
      </w:pPr>
      <w:r>
        <w:rPr>
          <w:b/>
        </w:rPr>
        <w:t xml:space="preserve">Weitere Kenntnisse  </w:t>
      </w:r>
      <w:r>
        <w:t>________________________________</w:t>
      </w:r>
    </w:p>
    <w:p>
      <w:pPr>
        <w:pStyle w:val="Heading1"/>
      </w:pPr>
      <w:r>
        <w:t>Interessen</w:t>
      </w:r>
    </w:p>
    <w:p>
      <w:pPr>
        <w:spacing w:after="100"/>
      </w:pPr>
      <w:r>
        <w:rPr>
          <w:b/>
        </w:rPr>
        <w:t xml:space="preserve">Hobbys / Interessen  </w:t>
      </w:r>
      <w:r>
        <w:t>________________________________</w:t>
      </w:r>
    </w:p>
    <w:p>
      <w:r>
        <w:br/>
        <w:t>[Ort], [Datum]</w:t>
        <w:br/>
        <w:br/>
        <w:t>[Vorname Nachname]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EF1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3F5475"/>
              </w:rPr>
              <w:t xml:space="preserve">Tipp: </w:t>
            </w:r>
            <w:r>
              <w:t>Ein Schüler-Lebenslauf darf kurz sein. Erfinde keine Erfahrung: Interessen, Schulprojekte und Engagement sind völlig legitime Inhalte.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77" w:bottom="90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A73"/>
        <w:sz w:val="16"/>
      </w:rPr>
      <w:t>Kostenlose Vorlage von planetpraktika.de  ·  Stand August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3F5475"/>
        <w:sz w:val="18"/>
      </w:rPr>
      <w:t>planetpraktika.de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23282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 w:ascii="Aptos" w:hAnsi="Aptos"/>
      <w:b/>
      <w:bCs/>
      <w:color w:val="23282F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23282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/>
      <w:b/>
      <w:bCs/>
      <w:color w:val="23282F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23282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