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Praktikumsbericht - Vorlage</w:t>
      </w:r>
    </w:p>
    <w:p>
      <w:pPr>
        <w:spacing w:after="260"/>
      </w:pPr>
      <w:r>
        <w:rPr>
          <w:color w:val="646A73"/>
          <w:sz w:val="23"/>
        </w:rPr>
        <w:t>Struktur zum Ausfüllen für Schülerpraktika und viele Pflichtpraktika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1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3F5475"/>
              </w:rPr>
              <w:t xml:space="preserve">Tipp: </w:t>
            </w:r>
            <w:r>
              <w:t>Prüfe zuerst die Vorgaben deiner Schule oder Hochschule. Diese Vorlage ist bewusst flexibel und ersetzt keine verbindlichen Formatvorgaben.</w:t>
            </w:r>
          </w:p>
        </w:tc>
      </w:tr>
    </w:tbl>
    <w:p>
      <w:pPr>
        <w:spacing w:after="0"/>
      </w:pPr>
    </w:p>
    <w:p>
      <w:pPr>
        <w:pStyle w:val="Heading1"/>
      </w:pPr>
      <w:r>
        <w:t>1. Deckblatt</w:t>
      </w:r>
    </w:p>
    <w:p>
      <w:pPr>
        <w:spacing w:after="100"/>
      </w:pPr>
      <w:r>
        <w:rPr>
          <w:b/>
        </w:rPr>
        <w:t xml:space="preserve">Name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Schule / Hochschule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Klasse / Studiengang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Praktikumsbetrieb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Abteilung / Einsatzbereich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Praktikumszeitraum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Betreuung im Betrieb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Abgabedatum  </w:t>
      </w:r>
      <w:r>
        <w:t>__________________________________________</w:t>
      </w:r>
    </w:p>
    <w:p>
      <w:r>
        <w:br w:type="page"/>
      </w:r>
    </w:p>
    <w:p>
      <w:pPr>
        <w:pStyle w:val="Heading1"/>
      </w:pPr>
      <w:r>
        <w:t>2. Inhaltsverzeichnis</w:t>
      </w:r>
    </w:p>
    <w:p>
      <w:r>
        <w:t>Füge hier nach dem Schreiben die Kapitel und Seitenzahlen ein. In Word kannst du dafür ein automatisches Inhaltsverzeichnis verwenden.</w:t>
      </w:r>
    </w:p>
    <w:p>
      <w:r>
        <w:t>1. Einleitung  ................................................  ____</w:t>
      </w:r>
    </w:p>
    <w:p>
      <w:r>
        <w:t>2. Vorstellung des Betriebs  ................................................  ____</w:t>
      </w:r>
    </w:p>
    <w:p>
      <w:r>
        <w:t>3. Meine Aufgaben und Tätigkeiten  ................................................  ____</w:t>
      </w:r>
    </w:p>
    <w:p>
      <w:r>
        <w:t>4. Ein typischer Praktikumstag  ................................................  ____</w:t>
      </w:r>
    </w:p>
    <w:p>
      <w:r>
        <w:t>5. Was ich gelernt habe  ................................................  ____</w:t>
      </w:r>
    </w:p>
    <w:p>
      <w:r>
        <w:t>6. Reflexion  ................................................  ____</w:t>
      </w:r>
    </w:p>
    <w:p>
      <w:r>
        <w:t>7. Fazit  ................................................  ____</w:t>
      </w:r>
    </w:p>
    <w:p>
      <w:r>
        <w:t>8. Anhang  ................................................  ____</w:t>
      </w:r>
    </w:p>
    <w:p>
      <w:pPr>
        <w:pStyle w:val="Heading1"/>
      </w:pPr>
      <w:r>
        <w:t>3. Einleitung</w:t>
      </w:r>
    </w:p>
    <w:p>
      <w:r>
        <w:t>Beantworte in wenigen Absätzen: Warum hast du diesen Praktikumsplatz gewählt? Was wolltest du herausfinden oder lernen? Wie bist du auf den Betrieb gekommen?</w:t>
      </w:r>
    </w:p>
    <w:p>
      <w:r>
        <w:t>Mein Text:</w:t>
      </w:r>
    </w:p>
    <w:p>
      <w:r>
        <w:br/>
        <w:br/>
        <w:br/>
        <w:br/>
        <w:br/>
      </w:r>
    </w:p>
    <w:p>
      <w:pPr>
        <w:pStyle w:val="Heading1"/>
      </w:pPr>
      <w:r>
        <w:t>4. Der Praktikumsbetrieb</w:t>
      </w:r>
    </w:p>
    <w:p>
      <w:r>
        <w:t>Beschreibe den Betrieb knapp: Branche, Produkte oder Leistungen, Standort, Größe, relevante Abteilungen und deine Einordnung im Betrieb.</w:t>
      </w:r>
    </w:p>
    <w:p>
      <w:r>
        <w:t>Mein Text:</w:t>
      </w:r>
    </w:p>
    <w:p>
      <w:r>
        <w:br/>
        <w:br/>
        <w:br/>
        <w:br/>
        <w:br/>
      </w:r>
    </w:p>
    <w:p>
      <w:r>
        <w:br w:type="page"/>
      </w:r>
    </w:p>
    <w:p>
      <w:pPr>
        <w:pStyle w:val="Heading1"/>
      </w:pPr>
      <w:r>
        <w:t>5. Aufgaben und Tätigkeiten</w:t>
      </w:r>
    </w:p>
    <w:p>
      <w:r>
        <w:t>Beschreibe nicht nur, was du gemacht hast, sondern auch wie, mit welchen Werkzeugen oder Programmen und mit welchem Ergebnis.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EEF1F5"/>
          </w:tcPr>
          <w:p>
            <w:r>
              <w:t>Aufgabe</w:t>
            </w:r>
          </w:p>
        </w:tc>
        <w:tc>
          <w:tcPr>
            <w:tcW w:type="dxa" w:w="2521"/>
            <w:shd w:fill="EEF1F5"/>
          </w:tcPr>
          <w:p>
            <w:r>
              <w:t>So bin ich vorgegangen</w:t>
            </w:r>
          </w:p>
        </w:tc>
        <w:tc>
          <w:tcPr>
            <w:tcW w:type="dxa" w:w="2521"/>
            <w:shd w:fill="EEF1F5"/>
          </w:tcPr>
          <w:p>
            <w:r>
              <w:t>Hilfsmittel / Programme</w:t>
            </w:r>
          </w:p>
        </w:tc>
        <w:tc>
          <w:tcPr>
            <w:tcW w:type="dxa" w:w="2521"/>
            <w:shd w:fill="EEF1F5"/>
          </w:tcPr>
          <w:p>
            <w:r>
              <w:t>Das habe ich gelernt</w:t>
            </w:r>
          </w:p>
        </w:tc>
      </w:tr>
      <w:tr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</w:tr>
      <w:tr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</w:tr>
      <w:tr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</w:tr>
      <w:tr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</w:tr>
      <w:tr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  <w:tc>
          <w:tcPr>
            <w:tcW w:type="dxa" w:w="2521"/>
          </w:tcPr>
          <w:p>
            <w:r/>
          </w:p>
        </w:tc>
      </w:tr>
    </w:tbl>
    <w:p>
      <w:pPr>
        <w:pStyle w:val="Heading1"/>
      </w:pPr>
      <w:r>
        <w:t>6. Ein typischer Praktikumstag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EEF1F5"/>
          </w:tcPr>
          <w:p>
            <w:r>
              <w:t>Uhrzeit</w:t>
            </w:r>
          </w:p>
        </w:tc>
        <w:tc>
          <w:tcPr>
            <w:tcW w:type="dxa" w:w="3362"/>
            <w:shd w:fill="EEF1F5"/>
          </w:tcPr>
          <w:p>
            <w:r>
              <w:t>Tätigkeit</w:t>
            </w:r>
          </w:p>
        </w:tc>
        <w:tc>
          <w:tcPr>
            <w:tcW w:type="dxa" w:w="3362"/>
            <w:shd w:fill="EEF1F5"/>
          </w:tcPr>
          <w:p>
            <w:r>
              <w:t>Notizen / Beobachtungen</w:t>
            </w:r>
          </w:p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  <w:tr>
        <w:tc>
          <w:tcPr>
            <w:tcW w:type="dxa" w:w="3362"/>
          </w:tcPr>
          <w:p/>
        </w:tc>
        <w:tc>
          <w:tcPr>
            <w:tcW w:type="dxa" w:w="3362"/>
          </w:tcPr>
          <w:p/>
        </w:tc>
        <w:tc>
          <w:tcPr>
            <w:tcW w:type="dxa" w:w="3362"/>
          </w:tcPr>
          <w:p/>
        </w:tc>
      </w:tr>
    </w:tbl>
    <w:p>
      <w:pPr>
        <w:pStyle w:val="Heading1"/>
      </w:pPr>
      <w:r>
        <w:t>7. Reflexion</w:t>
      </w:r>
    </w:p>
    <w:p>
      <w:pPr>
        <w:ind w:left="227" w:hanging="142"/>
      </w:pPr>
      <w:r>
        <w:t>• Welche Aufgaben haben mir besonders gefallen - und warum?</w:t>
      </w:r>
    </w:p>
    <w:p>
      <w:pPr>
        <w:ind w:left="227" w:hanging="142"/>
      </w:pPr>
      <w:r>
        <w:t>• Was fiel mir schwer?</w:t>
      </w:r>
    </w:p>
    <w:p>
      <w:pPr>
        <w:ind w:left="227" w:hanging="142"/>
      </w:pPr>
      <w:r>
        <w:t>• Welche Fähigkeiten konnte ich einsetzen oder verbessern?</w:t>
      </w:r>
    </w:p>
    <w:p>
      <w:pPr>
        <w:ind w:left="227" w:hanging="142"/>
      </w:pPr>
      <w:r>
        <w:t>• Was hat mich überrascht?</w:t>
      </w:r>
    </w:p>
    <w:p>
      <w:pPr>
        <w:ind w:left="227" w:hanging="142"/>
      </w:pPr>
      <w:r>
        <w:t>• Wie habe ich Zusammenarbeit, Arbeitszeiten und Arbeitsatmosphäre erlebt?</w:t>
      </w:r>
    </w:p>
    <w:p>
      <w:pPr>
        <w:ind w:left="227" w:hanging="142"/>
      </w:pPr>
      <w:r>
        <w:t>• Passt der Beruf oder die Branche zu mir? Warum / warum nicht?</w:t>
      </w:r>
    </w:p>
    <w:p>
      <w:r>
        <w:t>Meine Reflexion:</w:t>
      </w:r>
    </w:p>
    <w:p>
      <w:r>
        <w:br/>
        <w:br/>
        <w:br/>
        <w:br/>
        <w:br/>
        <w:br/>
        <w:br/>
      </w:r>
    </w:p>
    <w:p>
      <w:pPr>
        <w:pStyle w:val="Heading1"/>
      </w:pPr>
      <w:r>
        <w:t>8. Fazit</w:t>
      </w:r>
    </w:p>
    <w:p>
      <w:r>
        <w:t>Fasse in einem kurzen Schluss zusammen, was du aus dem Praktikum mitnimmst und was dein nächster Schritt ist.</w:t>
      </w:r>
    </w:p>
    <w:p>
      <w:r>
        <w:br/>
        <w:br/>
        <w:br/>
        <w:br/>
        <w:br/>
      </w:r>
    </w:p>
    <w:p>
      <w:pPr>
        <w:pStyle w:val="Heading1"/>
      </w:pPr>
      <w:r>
        <w:t>9. Anhang</w:t>
      </w:r>
    </w:p>
    <w:p>
      <w:r>
        <w:t>Nur wenn erlaubt und sinnvoll: anonymisierte Arbeitsproben, Fotos mit Freigabe, Organigramm, Praktikumsbescheinigung oder weitere Unterlagen.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A73"/>
        <w:sz w:val="16"/>
      </w:rPr>
      <w:t>Kostenlose Vorlage von planetpraktika.de  ·  Stand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3F5475"/>
        <w:sz w:val="18"/>
      </w:rPr>
      <w:t>planetpraktika.de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328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23282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328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23282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3282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