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Praktikumsbescheinigung - Muster</w:t>
      </w:r>
    </w:p>
    <w:p>
      <w:pPr>
        <w:spacing w:after="260"/>
      </w:pPr>
      <w:r>
        <w:rPr>
          <w:color w:val="646A73"/>
          <w:sz w:val="23"/>
        </w:rPr>
        <w:t>Kurzer Nachweis über ein absolviertes Praktikum</w:t>
      </w:r>
    </w:p>
    <w:p>
      <w:r>
        <w:br/>
      </w:r>
    </w:p>
    <w:p>
      <w:pPr>
        <w:jc w:val="center"/>
      </w:pPr>
      <w:r>
        <w:rPr>
          <w:b/>
          <w:color w:val="3F5475"/>
          <w:sz w:val="44"/>
        </w:rPr>
        <w:t>PRAKTIKUMSBESCHEINIGUNG</w:t>
      </w:r>
    </w:p>
    <w:p>
      <w:r>
        <w:br/>
        <w:t>Hiermit bestätigen wir, dass</w:t>
      </w:r>
    </w:p>
    <w:p>
      <w:pPr>
        <w:spacing w:after="100"/>
      </w:pPr>
      <w:r>
        <w:rPr>
          <w:b/>
        </w:rPr>
        <w:t xml:space="preserve">Frau / Herr  </w:t>
      </w:r>
      <w:r>
        <w:t>__________________________________</w:t>
      </w:r>
    </w:p>
    <w:p>
      <w:pPr>
        <w:spacing w:after="100"/>
      </w:pPr>
      <w:r>
        <w:rPr>
          <w:b/>
        </w:rPr>
        <w:t xml:space="preserve">geboren am (optional)  </w:t>
      </w:r>
      <w:r>
        <w:t>___________________________</w:t>
      </w:r>
    </w:p>
    <w:p>
      <w:r>
        <w:t>vom [Datum] bis [Datum] ein [Pflichtpraktikum / freiwilliges Praktikum / Schülerpraktikum] in unserem Unternehmen absolviert hat.</w:t>
      </w:r>
    </w:p>
    <w:p>
      <w:r>
        <w:t>Einsatzbereich / Abteilung: [___]</w:t>
      </w:r>
      <w:r>
        <w:br/>
        <w:t>Umfang (optional): [___] Stunden / [___] Arbeitstage</w:t>
      </w:r>
    </w:p>
    <w:p>
      <w:r>
        <w:t>Zu den wesentlichen Tätigkeiten gehörten:</w:t>
      </w:r>
    </w:p>
    <w:p>
      <w:pPr>
        <w:ind w:left="227" w:hanging="142"/>
      </w:pPr>
      <w:r>
        <w:t>• [Tätigkeit 1]</w:t>
      </w:r>
    </w:p>
    <w:p>
      <w:pPr>
        <w:ind w:left="227" w:hanging="142"/>
      </w:pPr>
      <w:r>
        <w:t>• [Tätigkeit 2]</w:t>
      </w:r>
    </w:p>
    <w:p>
      <w:pPr>
        <w:ind w:left="227" w:hanging="142"/>
      </w:pPr>
      <w:r>
        <w:t>• [Tätigkeit 3]</w:t>
      </w:r>
    </w:p>
    <w:p>
      <w:r>
        <w:br/>
        <w:t>[Ort], [Datum]</w:t>
        <w:br/>
        <w:br/>
        <w:t>______________________________</w:t>
        <w:br/>
        <w:t>[Name, Funktion]</w:t>
        <w:br/>
        <w:t>[Unternehmen]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EF1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3F5475"/>
              </w:rPr>
              <w:t xml:space="preserve">Tipp: </w:t>
            </w:r>
            <w:r>
              <w:t>Diese Bescheinigung bestätigt vor allem Art und Dauer des Praktikums. Für eine Bewertung von Leistung und Verhalten ist ein qualifiziertes Praktikumszeugnis geeigneter.</w:t>
            </w:r>
          </w:p>
        </w:tc>
      </w:tr>
    </w:tbl>
    <w:p>
      <w:pPr>
        <w:spacing w:after="0"/>
      </w:pPr>
    </w:p>
    <w:p>
      <w:pPr>
        <w:pStyle w:val="Title"/>
        <w:pageBreakBefore/>
        <w:pBdr>
          <w:bottom w:val="single" w:sz="10" w:space="5" w:color="2D77C7"/>
        </w:pBdr>
      </w:pPr>
      <w:r>
        <w:t>Ausgefülltes Beispiel</w:t>
      </w:r>
    </w:p>
    <w:p>
      <w:pPr>
        <w:spacing w:after="140"/>
      </w:pPr>
      <w:r>
        <w:rPr>
          <w:rFonts w:ascii="Georgia" w:hAnsi="Georgia"/>
          <w:color w:val="646A73"/>
          <w:sz w:val="25"/>
        </w:rPr>
        <w:t>Praktikumsbescheinigung ohne Leistungsbewertung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086"/>
      </w:tblGrid>
      <w:tr>
        <w:tc>
          <w:tcPr>
            <w:tcW w:type="dxa" w:w="10086"/>
            <w:shd w:fill="EEF2F6"/>
          </w:tcPr>
          <w:p>
            <w:pPr>
              <w:spacing w:before="60" w:after="60"/>
            </w:pPr>
            <w:r>
              <w:rPr>
                <w:b/>
                <w:color w:val="3F5475"/>
              </w:rPr>
              <w:t xml:space="preserve">Abgrenzung: </w:t>
            </w:r>
            <w:r>
              <w:t>Eine Praktikumsbescheinigung dokumentiert, dass und in welchem Bereich ein Praktikum stattgefunden hat. Sobald Leistung und Verhalten bewertet werden, ist ein qualifiziertes Praktikumszeugnis das passendere Dokument.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3F5475"/>
          <w:sz w:val="44"/>
        </w:rPr>
        <w:t>PRAKTIKUMSBESCHEINIGUNG</w:t>
      </w:r>
    </w:p>
    <w:p>
      <w:pPr>
        <w:spacing w:after="120"/>
      </w:pPr>
      <w:r>
        <w:t>Hiermit bestätigen wir, dass</w:t>
      </w:r>
    </w:p>
    <w:p>
      <w:pPr>
        <w:spacing w:after="120"/>
      </w:pPr>
      <w:r>
        <w:t>Frau Mia Beispiel</w:t>
        <w:br/>
        <w:t>geb. am 14. Mai 2011</w:t>
      </w:r>
    </w:p>
    <w:p>
      <w:pPr>
        <w:spacing w:after="120"/>
      </w:pPr>
      <w:r>
        <w:t>vom 12. Oktober bis 23. Oktober 2026 ein Schülerpraktikum in unserem Unternehmen absolviert hat.</w:t>
      </w:r>
    </w:p>
    <w:p>
      <w:pPr>
        <w:spacing w:after="120"/>
      </w:pPr>
      <w:r>
        <w:t>Einsatzbereich / Abteilung: Marketing und Kommunikation</w:t>
        <w:br/>
        <w:t>Umfang: 10 Praktikumstage</w:t>
      </w:r>
    </w:p>
    <w:p>
      <w:pPr>
        <w:spacing w:after="120"/>
      </w:pPr>
      <w:r>
        <w:t>Zu den wesentlichen Tätigkeiten gehörten:</w:t>
      </w:r>
    </w:p>
    <w:p>
      <w:pPr>
        <w:spacing w:after="20"/>
        <w:ind w:left="115" w:hanging="115"/>
      </w:pPr>
      <w:r>
        <w:t xml:space="preserve">• </w:t>
      </w:r>
      <w:r>
        <w:t>Unterstützung bei der Vorbereitung von Social-Media-Beiträgen</w:t>
      </w:r>
    </w:p>
    <w:p>
      <w:pPr>
        <w:spacing w:after="20"/>
        <w:ind w:left="115" w:hanging="115"/>
      </w:pPr>
      <w:r>
        <w:t xml:space="preserve">• </w:t>
      </w:r>
      <w:r>
        <w:t>Recherche zu Themen für die Unternehmenswebseite</w:t>
      </w:r>
    </w:p>
    <w:p>
      <w:pPr>
        <w:spacing w:after="20"/>
        <w:ind w:left="115" w:hanging="115"/>
      </w:pPr>
      <w:r>
        <w:t xml:space="preserve">• </w:t>
      </w:r>
      <w:r>
        <w:t>Teilnahme an Team- und Redaktionsbesprechungen</w:t>
      </w:r>
    </w:p>
    <w:p>
      <w:pPr>
        <w:spacing w:after="20"/>
        <w:ind w:left="115" w:hanging="115"/>
      </w:pPr>
      <w:r>
        <w:t xml:space="preserve">• </w:t>
      </w:r>
      <w:r>
        <w:t>Einblicke in Bildauswahl und einfache Content-Pflege</w:t>
      </w:r>
    </w:p>
    <w:p>
      <w:r>
        <w:br/>
        <w:t>Beispielstadt, 23. Oktober 2026</w:t>
        <w:br/>
        <w:br/>
        <w:t>______________________________</w:t>
        <w:br/>
        <w:t>Anna Muster, Teamleitung Marketing</w:t>
        <w:br/>
        <w:t>Beispiel Medien GmbH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77" w:bottom="90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A73"/>
        <w:sz w:val="16"/>
      </w:rPr>
      <w:t>Kostenlose Vorlage von planetpraktika.de  ·  Stand August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3F5475"/>
        <w:sz w:val="18"/>
      </w:rPr>
      <w:t>planetpraktika.de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328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" w:hAnsi="Aptos"/>
      <w:b/>
      <w:bCs/>
      <w:color w:val="23282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23282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23282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23282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