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t>Bewerbung um ein Praktikum - Muster</w:t>
      </w:r>
    </w:p>
    <w:p>
      <w:pPr>
        <w:spacing w:after="260"/>
      </w:pPr>
      <w:r>
        <w:rPr>
          <w:color w:val="646A73"/>
          <w:sz w:val="23"/>
        </w:rPr>
        <w:t>Bearbeitbare Word-Vorlage mit Platzhaltern</w:t>
      </w:r>
    </w:p>
    <w:p>
      <w:r>
        <w:t>[Vorname Nachname]</w:t>
        <w:br/>
        <w:t>[Straße Hausnummer]</w:t>
        <w:br/>
        <w:t>[PLZ Ort]</w:t>
        <w:br/>
        <w:t>[Telefon] · [E-Mail]</w:t>
      </w:r>
    </w:p>
    <w:p>
      <w:r>
        <w:br/>
        <w:t>[Unternehmen]</w:t>
        <w:br/>
        <w:t>[z. Hd. Frau/Herr Vorname Nachname]</w:t>
        <w:br/>
        <w:t>[Straße Hausnummer]</w:t>
        <w:br/>
        <w:t>[PLZ Ort]</w:t>
      </w:r>
    </w:p>
    <w:p>
      <w:pPr>
        <w:jc w:val="right"/>
      </w:pPr>
      <w:r>
        <w:t>[Ort], [Datum]</w:t>
      </w:r>
    </w:p>
    <w:p>
      <w:r>
        <w:rPr>
          <w:b/>
        </w:rPr>
        <w:t>Bewerbung um ein Praktikum im Bereich [Bereich] vom [Datum] bis [Datum]</w:t>
      </w:r>
    </w:p>
    <w:p>
      <w:r>
        <w:t>Sehr geehrte Frau [Nachname], / Sehr geehrter Herr [Nachname],</w:t>
      </w:r>
    </w:p>
    <w:p>
      <w:r>
        <w:t>ich möchte den Bereich [Bereich/Beruf] praktisch kennenlernen und bewerbe mich deshalb um ein Praktikum in Ihrem Unternehmen. Besonders interessiert mich [konkreter Bezug zum Unternehmen oder Tätigkeitsfeld].</w:t>
      </w:r>
    </w:p>
    <w:p>
      <w:r>
        <w:t>Derzeit besuche/studiere ich [Schule/Hochschule, Klasse/Studiengang]. Im Unterricht/Studium bzw. durch [Projekt, Hobby, Nebenjob] habe ich bereits erste Erfahrungen mit [relevante Fähigkeit/Thema] gesammelt. Ich arbeite [zwei passende Eigenschaften mit kurzem Beleg].</w:t>
      </w:r>
    </w:p>
    <w:p>
      <w:r>
        <w:t>Von dem Praktikum erhoffe ich mir Einblicke in [konkrete Aufgaben/Arbeitsbereiche]. Der gewünschte Zeitraum ist vom [Datum] bis [Datum]. [Falls Pflichtpraktikum: Das Praktikum ist in meiner Schul-/Studienordnung vorgesehen.]</w:t>
      </w:r>
    </w:p>
    <w:p>
      <w:r>
        <w:t>Über die Gelegenheit, mich persönlich vorzustellen, freue ich mich.</w:t>
      </w:r>
    </w:p>
    <w:p>
      <w:r>
        <w:t>Mit freundlichen Grüßen</w:t>
        <w:br/>
        <w:br/>
        <w:t>[Vorname Nachname]</w:t>
      </w:r>
    </w:p>
    <w:p>
      <w:pPr>
        <w:pStyle w:val="Heading2"/>
      </w:pPr>
      <w:r>
        <w:t>Anlagen</w:t>
      </w:r>
    </w:p>
    <w:p>
      <w:pPr>
        <w:ind w:left="227" w:hanging="142"/>
      </w:pPr>
      <w:r>
        <w:t>• Lebenslauf</w:t>
      </w:r>
    </w:p>
    <w:p>
      <w:pPr>
        <w:ind w:left="227" w:hanging="142"/>
      </w:pPr>
      <w:r>
        <w:t>• relevante Zeugnisse / Nachweise</w:t>
      </w:r>
    </w:p>
    <w:p>
      <w:pPr>
        <w:ind w:left="227" w:hanging="142"/>
      </w:pPr>
      <w:r>
        <w:t>• ggf. Praktikumsformular der Schule oder Hochschule</w:t>
      </w:r>
    </w:p>
    <w:tbl>
      <w:tblPr>
        <w:tblW w:type="auto" w:w="0"/>
        <w:jc w:val="center"/>
        <w:tblLayout w:type="autofit"/>
        <w:tblLook w:firstColumn="1" w:firstRow="1" w:lastColumn="0" w:lastRow="0" w:noHBand="0" w:noVBand="1" w:val="04A0"/>
      </w:tblPr>
      <w:tblGrid>
        <w:gridCol w:w="10086"/>
      </w:tblGrid>
      <w:tr>
        <w:tc>
          <w:tcPr>
            <w:tcW w:type="dxa" w:w="10086"/>
            <w:shd w:fill="EEF1F5"/>
            <w:tcMar>
              <w:top w:w="90" w:type="dxa"/>
              <w:start w:w="110" w:type="dxa"/>
              <w:bottom w:w="90" w:type="dxa"/>
              <w:end w:w="110" w:type="dxa"/>
            </w:tcMar>
          </w:tcPr>
          <w:p>
            <w:r>
              <w:rPr>
                <w:b/>
                <w:color w:val="3F5475"/>
              </w:rPr>
              <w:t xml:space="preserve">Tipp: </w:t>
            </w:r>
            <w:r>
              <w:t>Ersetze alle eckigen Klammern. Der stärkste Absatz ist der Unternehmensbezug: Nenne dort etwas, das wirklich zu genau diesem Betrieb passt.</w:t>
            </w:r>
          </w:p>
        </w:tc>
      </w:tr>
    </w:tbl>
    <w:p>
      <w:pPr>
        <w:spacing w:after="0"/>
      </w:pPr>
    </w:p>
    <w:p>
      <w:pPr>
        <w:pStyle w:val="Title"/>
        <w:pageBreakBefore/>
        <w:pBdr>
          <w:bottom w:val="single" w:sz="10" w:space="5" w:color="2D77C7"/>
        </w:pBdr>
      </w:pPr>
      <w:r>
        <w:t>Ausgefülltes Beispiel: Schülerpraktikum</w:t>
      </w:r>
    </w:p>
    <w:p>
      <w:pPr>
        <w:spacing w:after="140"/>
      </w:pPr>
      <w:r>
        <w:rPr>
          <w:rFonts w:ascii="Georgia" w:hAnsi="Georgia"/>
          <w:color w:val="646A73"/>
          <w:sz w:val="25"/>
        </w:rPr>
        <w:t>So kann aus der Vorlage ein konkretes Anschreiben werden</w:t>
      </w:r>
    </w:p>
    <w:tbl>
      <w:tblPr>
        <w:tblW w:type="auto" w:w="0"/>
        <w:tblLook w:firstColumn="1" w:firstRow="1" w:lastColumn="0" w:lastRow="0" w:noHBand="0" w:noVBand="1" w:val="04A0"/>
        <w:tblBorders>
          <w:top w:val="nil"/>
          <w:left w:val="nil"/>
          <w:bottom w:val="nil"/>
          <w:right w:val="nil"/>
          <w:insideH w:val="nil"/>
          <w:insideV w:val="nil"/>
        </w:tblBorders>
      </w:tblPr>
      <w:tblGrid>
        <w:gridCol w:w="10086"/>
      </w:tblGrid>
      <w:tr>
        <w:tc>
          <w:tcPr>
            <w:tcW w:type="dxa" w:w="10086"/>
            <w:shd w:fill="EEF2F6"/>
          </w:tcPr>
          <w:p>
            <w:pPr>
              <w:spacing w:before="60" w:after="60"/>
            </w:pPr>
            <w:r>
              <w:rPr>
                <w:b/>
                <w:color w:val="3F5475"/>
              </w:rPr>
              <w:t xml:space="preserve">Beispiel: </w:t>
            </w:r>
            <w:r>
              <w:t>Tausche Betrieb, Berufsfeld, Erfahrungen und Zeitraum aus. Übernimm keine Eigenschaft, für die du keinen eigenen Beleg nennen kannst.</w:t>
            </w:r>
          </w:p>
        </w:tc>
      </w:tr>
    </w:tbl>
    <w:p>
      <w:pPr>
        <w:spacing w:after="120"/>
      </w:pPr>
      <w:r>
        <w:rPr>
          <w:b w:val="0"/>
        </w:rPr>
        <w:t>Mia Beispiel</w:t>
        <w:br/>
        <w:t>Musterstraße 12</w:t>
        <w:br/>
        <w:t>12345 Beispielstadt</w:t>
        <w:br/>
        <w:t>0151 12345678 · mia.beispiel@example.de</w:t>
      </w:r>
    </w:p>
    <w:p>
      <w:pPr>
        <w:spacing w:after="120"/>
      </w:pPr>
      <w:r>
        <w:rPr>
          <w:b w:val="0"/>
        </w:rPr>
        <w:t>Beispiel Medien GmbH</w:t>
        <w:br/>
        <w:t>z. Hd. Frau Anna Muster</w:t>
        <w:br/>
        <w:t>Agenturweg 4</w:t>
        <w:br/>
        <w:t>12345 Beispielstadt</w:t>
      </w:r>
    </w:p>
    <w:p>
      <w:pPr>
        <w:spacing w:after="120"/>
      </w:pPr>
      <w:r>
        <w:rPr>
          <w:b w:val="0"/>
        </w:rPr>
        <w:t>Beispielstadt, 16. August 2026</w:t>
      </w:r>
    </w:p>
    <w:p>
      <w:pPr>
        <w:spacing w:after="120"/>
      </w:pPr>
      <w:r>
        <w:rPr>
          <w:b/>
        </w:rPr>
        <w:t>Bewerbung um ein Schülerpraktikum im Bereich Mediengestaltung vom 12. bis 23. Oktober 2026</w:t>
      </w:r>
    </w:p>
    <w:p>
      <w:pPr>
        <w:spacing w:after="120"/>
      </w:pPr>
      <w:r>
        <w:rPr>
          <w:b w:val="0"/>
        </w:rPr>
        <w:t>Sehr geehrte Frau Muster,</w:t>
      </w:r>
    </w:p>
    <w:p>
      <w:pPr>
        <w:spacing w:after="120"/>
      </w:pPr>
      <w:r>
        <w:rPr>
          <w:b w:val="0"/>
        </w:rPr>
        <w:t>wie aus einer Idee eine fertige Anzeige, ein Social-Media-Post oder eine Webseite wird, finde ich spannend. Deshalb möchte ich in meinem zweiwöchigen Schülerpraktikum den Bereich Mediengestaltung kennenlernen und bewerbe mich bei der Beispiel Medien GmbH.</w:t>
      </w:r>
    </w:p>
    <w:p>
      <w:pPr>
        <w:spacing w:after="120"/>
      </w:pPr>
      <w:r>
        <w:rPr>
          <w:b w:val="0"/>
        </w:rPr>
        <w:t>Ich besuche derzeit die 9. Klasse der Musterschule Beispielstadt. In der Medien-AG unserer Schule gestalte ich gemeinsam mit anderen Schülerinnen und Schülern Beiträge für die Schulhomepage und habe dabei erste Erfahrungen mit Bildbearbeitung und Präsentationsprogrammen gesammelt. Besonders gern arbeite ich an Aufgaben, bei denen ich Ideen entwickeln und anschließend sorgfältig umsetzen kann.</w:t>
      </w:r>
    </w:p>
    <w:p>
      <w:pPr>
        <w:spacing w:after="120"/>
      </w:pPr>
      <w:r>
        <w:rPr>
          <w:b w:val="0"/>
        </w:rPr>
        <w:t>Während des Praktikums möchte ich erfahren, wie Gestaltungsaufträge im Berufsalltag entstehen, wie im Team gearbeitet wird und welche Programme dabei eingesetzt werden. Der von meiner Schule vorgesehene Praktikumszeitraum ist vom 12. bis 23. Oktober 2026.</w:t>
      </w:r>
    </w:p>
    <w:p>
      <w:pPr>
        <w:spacing w:after="120"/>
      </w:pPr>
      <w:r>
        <w:rPr>
          <w:b w:val="0"/>
        </w:rPr>
        <w:t>Über die Gelegenheit, mich persönlich vorzustellen, freue ich mich.</w:t>
      </w:r>
    </w:p>
    <w:p>
      <w:pPr>
        <w:spacing w:after="120"/>
      </w:pPr>
      <w:r>
        <w:rPr>
          <w:b w:val="0"/>
        </w:rPr>
        <w:t>Mit freundlichen Grüßen</w:t>
        <w:br/>
        <w:br/>
        <w:t>Mia Beispiel</w:t>
      </w:r>
    </w:p>
    <w:p>
      <w:pPr>
        <w:pStyle w:val="Title"/>
        <w:pageBreakBefore/>
        <w:pBdr>
          <w:bottom w:val="single" w:sz="10" w:space="5" w:color="2D77C7"/>
        </w:pBdr>
      </w:pPr>
      <w:r>
        <w:t>Ausgefülltes Beispiel: Pflichtpraktikum</w:t>
      </w:r>
    </w:p>
    <w:p>
      <w:pPr>
        <w:spacing w:after="140"/>
      </w:pPr>
      <w:r>
        <w:rPr>
          <w:rFonts w:ascii="Georgia" w:hAnsi="Georgia"/>
          <w:color w:val="646A73"/>
          <w:sz w:val="25"/>
        </w:rPr>
        <w:t>Beispiel für Studierende</w:t>
      </w:r>
    </w:p>
    <w:tbl>
      <w:tblPr>
        <w:tblW w:type="auto" w:w="0"/>
        <w:tblLook w:firstColumn="1" w:firstRow="1" w:lastColumn="0" w:lastRow="0" w:noHBand="0" w:noVBand="1" w:val="04A0"/>
        <w:tblBorders>
          <w:top w:val="nil"/>
          <w:left w:val="nil"/>
          <w:bottom w:val="nil"/>
          <w:right w:val="nil"/>
          <w:insideH w:val="nil"/>
          <w:insideV w:val="nil"/>
        </w:tblBorders>
      </w:tblPr>
      <w:tblGrid>
        <w:gridCol w:w="10086"/>
      </w:tblGrid>
      <w:tr>
        <w:tc>
          <w:tcPr>
            <w:tcW w:type="dxa" w:w="10086"/>
            <w:shd w:fill="EEF2F6"/>
          </w:tcPr>
          <w:p>
            <w:pPr>
              <w:spacing w:before="60" w:after="60"/>
            </w:pPr>
            <w:r>
              <w:rPr>
                <w:b/>
                <w:color w:val="3F5475"/>
              </w:rPr>
              <w:t xml:space="preserve">Beispiel: </w:t>
            </w:r>
            <w:r>
              <w:t>Bei einem Pflichtpraktikum sollte klar werden, was du bereits mitbringst, was du lernen willst und dass das Praktikum in der Studien- oder Prüfungsordnung vorgesehen ist.</w:t>
            </w:r>
          </w:p>
        </w:tc>
      </w:tr>
    </w:tbl>
    <w:p>
      <w:pPr>
        <w:spacing w:after="120"/>
      </w:pPr>
      <w:r>
        <w:rPr>
          <w:b w:val="0"/>
        </w:rPr>
        <w:t>Jonas Beispiel</w:t>
        <w:br/>
        <w:t>Campusstraße 7</w:t>
        <w:br/>
        <w:t>12345 Hochschulstadt</w:t>
        <w:br/>
        <w:t>0170 1234567 · jonas.beispiel@example.de</w:t>
      </w:r>
    </w:p>
    <w:p>
      <w:pPr>
        <w:spacing w:after="120"/>
      </w:pPr>
      <w:r>
        <w:rPr>
          <w:b w:val="0"/>
        </w:rPr>
        <w:t>Beispiel Logistik AG</w:t>
        <w:br/>
        <w:t>z. Hd. Herrn Paul Muster</w:t>
        <w:br/>
        <w:t>Industriestraße 20</w:t>
        <w:br/>
        <w:t>12345 Hochschulstadt</w:t>
      </w:r>
    </w:p>
    <w:p>
      <w:pPr>
        <w:spacing w:after="120"/>
      </w:pPr>
      <w:r>
        <w:rPr>
          <w:b w:val="0"/>
        </w:rPr>
        <w:t>Hochschulstadt, 16. August 2026</w:t>
      </w:r>
    </w:p>
    <w:p>
      <w:pPr>
        <w:spacing w:after="120"/>
      </w:pPr>
      <w:r>
        <w:rPr>
          <w:b/>
        </w:rPr>
        <w:t>Bewerbung um ein Pflichtpraktikum im Bereich Supply Chain Management ab März 2027</w:t>
      </w:r>
    </w:p>
    <w:p>
      <w:pPr>
        <w:spacing w:after="120"/>
      </w:pPr>
      <w:r>
        <w:rPr>
          <w:b w:val="0"/>
        </w:rPr>
        <w:t>Sehr geehrter Herr Muster,</w:t>
      </w:r>
    </w:p>
    <w:p>
      <w:pPr>
        <w:spacing w:after="120"/>
      </w:pPr>
      <w:r>
        <w:rPr>
          <w:b w:val="0"/>
        </w:rPr>
        <w:t>im Studium der Betriebswirtschaftslehre beschäftige ich mich derzeit besonders mit Beschaffung, Prozessanalyse und Logistikkennzahlen. Diese Inhalte möchte ich nun in einem betrieblichen Umfeld anwenden und vertiefen. Deshalb bewerbe ich mich um ein Pflichtpraktikum im Bereich Supply Chain Management bei der Beispiel Logistik AG.</w:t>
      </w:r>
    </w:p>
    <w:p>
      <w:pPr>
        <w:spacing w:after="120"/>
      </w:pPr>
      <w:r>
        <w:rPr>
          <w:b w:val="0"/>
        </w:rPr>
        <w:t>Im Rahmen eines Hochschulprojekts habe ich bereits Bestands- und Prozessdaten in Excel ausgewertet und gemeinsam mit meinem Team Verbesserungsvorschläge für einen fiktiven Warenfluss erarbeitet. Dabei habe ich gemerkt, dass mir analytische Aufgaben ebenso liegen wie die Abstimmung im Team. Sicher arbeite ich insbesondere mit Excel und PowerPoint; erste Kenntnisse in Power BI bringe ich ebenfalls mit.</w:t>
      </w:r>
    </w:p>
    <w:p>
      <w:pPr>
        <w:spacing w:after="120"/>
      </w:pPr>
      <w:r>
        <w:rPr>
          <w:b w:val="0"/>
        </w:rPr>
        <w:t>Das Pflichtpraktikum ist in meiner Prüfungsordnung vorgesehen und soll 20 Wochen umfassen. Ein Start ist ab 1. März 2027 möglich. Besonders interessieren mich Einblicke in Bestandsplanung, Lieferantensteuerung und die Analyse operativer Kennzahlen.</w:t>
      </w:r>
    </w:p>
    <w:p>
      <w:pPr>
        <w:spacing w:after="120"/>
      </w:pPr>
      <w:r>
        <w:rPr>
          <w:b w:val="0"/>
        </w:rPr>
        <w:t>Über die Möglichkeit eines persönlichen Gesprächs freue ich mich.</w:t>
      </w:r>
    </w:p>
    <w:p>
      <w:pPr>
        <w:spacing w:after="120"/>
      </w:pPr>
      <w:r>
        <w:rPr>
          <w:b w:val="0"/>
        </w:rPr>
        <w:t>Mit freundlichen Grüßen</w:t>
        <w:br/>
        <w:br/>
        <w:t>Jonas Beispiel</w:t>
      </w:r>
    </w:p>
    <w:sectPr w:rsidR="00FC693F" w:rsidRPr="0006063C" w:rsidSect="00034616">
      <w:headerReference w:type="default" r:id="rId9"/>
      <w:footerReference w:type="default" r:id="rId10"/>
      <w:pgSz w:w="12240" w:h="15840"/>
      <w:pgMar w:top="1020" w:right="1077" w:bottom="90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A73"/>
        <w:sz w:val="16"/>
      </w:rPr>
      <w:t>Kostenlose Vorlage von planetpraktika.de  ·  Stand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color w:val="3F5475"/>
        <w:sz w:val="18"/>
      </w:rPr>
      <w:t>planetpraktika.de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color w:val="23282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60" w:after="120"/>
      <w:outlineLvl w:val="0"/>
    </w:pPr>
    <w:rPr>
      <w:rFonts w:asciiTheme="majorHAnsi" w:eastAsiaTheme="majorEastAsia" w:hAnsiTheme="majorHAnsi" w:cstheme="majorBidi" w:ascii="Aptos" w:hAnsi="Aptos"/>
      <w:b/>
      <w:bCs/>
      <w:color w:val="23282F"/>
      <w:sz w:val="34"/>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Aptos" w:hAnsi="Aptos"/>
      <w:b/>
      <w:bCs/>
      <w:color w:val="23282F"/>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23282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23282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