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Tagesbericht Praktikum</w:t>
      </w:r>
    </w:p>
    <w:p>
      <w:pPr>
        <w:spacing w:after="260"/>
      </w:pPr>
      <w:r>
        <w:rPr>
          <w:color w:val="646A73"/>
          <w:sz w:val="23"/>
        </w:rPr>
        <w:t>Vorlage für tägliche Notizen und die spätere Ausarbeitung des Praktikumsberichts</w:t>
      </w:r>
    </w:p>
    <w:p>
      <w:pPr>
        <w:spacing w:after="100"/>
      </w:pPr>
      <w:r>
        <w:rPr>
          <w:b/>
        </w:rPr>
        <w:t xml:space="preserve">Name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Betrieb / Abteilung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Datum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Praktikumstag Nr.  </w:t>
      </w:r>
      <w:r>
        <w:t>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EEF1F5"/>
          </w:tcPr>
          <w:p>
            <w:r>
              <w:t>Von - bis</w:t>
            </w:r>
          </w:p>
        </w:tc>
        <w:tc>
          <w:tcPr>
            <w:tcW w:type="dxa" w:w="2521"/>
            <w:shd w:fill="EEF1F5"/>
          </w:tcPr>
          <w:p>
            <w:r>
              <w:t>Tätigkeit / Aufgabe</w:t>
            </w:r>
          </w:p>
        </w:tc>
        <w:tc>
          <w:tcPr>
            <w:tcW w:type="dxa" w:w="2521"/>
            <w:shd w:fill="EEF1F5"/>
          </w:tcPr>
          <w:p>
            <w:r>
              <w:t>Was habe ich konkret gemacht?</w:t>
            </w:r>
          </w:p>
        </w:tc>
        <w:tc>
          <w:tcPr>
            <w:tcW w:type="dxa" w:w="2521"/>
            <w:shd w:fill="EEF1F5"/>
          </w:tcPr>
          <w:p>
            <w:r>
              <w:t>Was habe ich gelernt / beobachtet?</w:t>
            </w:r>
          </w:p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</w:tbl>
    <w:p>
      <w:pPr>
        <w:pStyle w:val="Heading1"/>
      </w:pPr>
      <w:r>
        <w:t>Kurzreflexion</w:t>
      </w:r>
    </w:p>
    <w:p>
      <w:pPr>
        <w:spacing w:after="100"/>
      </w:pPr>
      <w:r>
        <w:rPr>
          <w:b/>
        </w:rPr>
        <w:t xml:space="preserve">Das war heute neu für mich:  </w:t>
      </w:r>
      <w:r>
        <w:t>____________________________</w:t>
      </w:r>
    </w:p>
    <w:p>
      <w:pPr>
        <w:spacing w:after="100"/>
      </w:pPr>
      <w:r>
        <w:rPr>
          <w:b/>
        </w:rPr>
        <w:t xml:space="preserve">Das hat gut geklappt:  </w:t>
      </w:r>
      <w:r>
        <w:t>____________________________</w:t>
      </w:r>
    </w:p>
    <w:p>
      <w:pPr>
        <w:spacing w:after="100"/>
      </w:pPr>
      <w:r>
        <w:rPr>
          <w:b/>
        </w:rPr>
        <w:t xml:space="preserve">Hier hatte ich eine Frage oder Schwierigkeit:  </w:t>
      </w:r>
      <w:r>
        <w:t>____________________________</w:t>
      </w:r>
    </w:p>
    <w:p>
      <w:pPr>
        <w:spacing w:after="100"/>
      </w:pPr>
      <w:r>
        <w:rPr>
          <w:b/>
        </w:rPr>
        <w:t xml:space="preserve">Das möchte ich morgen genauer ansehen:  </w:t>
      </w:r>
      <w:r>
        <w:t>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1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3F5475"/>
              </w:rPr>
              <w:t xml:space="preserve">Tipp: </w:t>
            </w:r>
            <w:r>
              <w:t>Schreib die Notizen möglichst am selben Tag. Konkrete Details erleichtern später den Praktikumsbericht erheblich.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A73"/>
        <w:sz w:val="16"/>
      </w:rPr>
      <w:t>Kostenlose Vorlage von planetpraktika.de  ·  Stand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F5475"/>
        <w:sz w:val="18"/>
      </w:rPr>
      <w:t>planetpraktika.de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328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2328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328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2328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3282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